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89813" w14:textId="77777777" w:rsidR="0002135D" w:rsidRPr="005D6A8B" w:rsidRDefault="0072444F">
      <w:pPr>
        <w:spacing w:after="100" w:line="259" w:lineRule="auto"/>
        <w:jc w:val="center"/>
        <w:rPr>
          <w:lang w:val="el-GR"/>
        </w:rPr>
      </w:pPr>
      <w:r w:rsidRPr="005D6A8B">
        <w:rPr>
          <w:b/>
          <w:sz w:val="20"/>
          <w:lang w:val="el-GR"/>
        </w:rPr>
        <w:t>ΚΕΝΤΡΟ ΠΡΟΛΗΨΗΣ ΤΩΝ ΕΞΑΡΤΗΣΕΩΝ ΚΑΙ ΠΡΟΑΓΩΓΗΣ ΤΗΣ ΨΥΧΟΚΟΙΝΩΝΙΚΗΣ ΥΓΕΙΑΣ</w:t>
      </w:r>
    </w:p>
    <w:p w14:paraId="76EEE51E" w14:textId="77777777" w:rsidR="0002135D" w:rsidRPr="005D6A8B" w:rsidRDefault="0072444F">
      <w:pPr>
        <w:spacing w:after="100" w:line="259" w:lineRule="auto"/>
        <w:jc w:val="center"/>
        <w:rPr>
          <w:lang w:val="el-GR"/>
        </w:rPr>
      </w:pPr>
      <w:r w:rsidRPr="005D6A8B">
        <w:rPr>
          <w:b/>
          <w:sz w:val="20"/>
          <w:lang w:val="el-GR"/>
        </w:rPr>
        <w:t>ΤΩΝ ΔΗΜΩΝ ΑΛΙΜΟΥ ΓΛΥΦΑΔΑΣ ΚΑΙ ΕΛΛΗΝΙΚΟΥ ΑΡΓΥΡΟΥΠΟΛΗΣ</w:t>
      </w:r>
    </w:p>
    <w:p w14:paraId="45D8B665" w14:textId="77777777" w:rsidR="0002135D" w:rsidRPr="005D6A8B" w:rsidRDefault="0072444F">
      <w:pPr>
        <w:spacing w:after="100" w:line="259" w:lineRule="auto"/>
        <w:jc w:val="center"/>
        <w:rPr>
          <w:lang w:val="el-GR"/>
        </w:rPr>
      </w:pPr>
      <w:r w:rsidRPr="005D6A8B">
        <w:rPr>
          <w:b/>
          <w:sz w:val="20"/>
          <w:lang w:val="el-GR"/>
        </w:rPr>
        <w:t>&lt;&lt;ΚΕΠΡΑΓΕΑ &gt;&gt;</w:t>
      </w:r>
    </w:p>
    <w:p w14:paraId="25DA1C55" w14:textId="77777777" w:rsidR="0002135D" w:rsidRPr="005D6A8B" w:rsidRDefault="0072444F">
      <w:pPr>
        <w:spacing w:after="100" w:line="259" w:lineRule="auto"/>
        <w:jc w:val="center"/>
        <w:rPr>
          <w:lang w:val="el-GR"/>
        </w:rPr>
      </w:pPr>
      <w:r w:rsidRPr="005D6A8B">
        <w:rPr>
          <w:b/>
          <w:sz w:val="20"/>
          <w:lang w:val="el-GR"/>
        </w:rPr>
        <w:t>ΥΠΟΠΡΟΓΡΑΜΜΑ ΕΛΛΗΝΙΚΟΥ - ΑΡΓΥΡΟΥΠΟΛΗΣ</w:t>
      </w:r>
    </w:p>
    <w:p w14:paraId="3B7DA1FA" w14:textId="77777777" w:rsidR="0002135D" w:rsidRPr="005D6A8B" w:rsidRDefault="0072444F">
      <w:pPr>
        <w:spacing w:after="160" w:line="259" w:lineRule="auto"/>
        <w:jc w:val="center"/>
        <w:rPr>
          <w:lang w:val="el-GR"/>
        </w:rPr>
      </w:pPr>
      <w:r w:rsidRPr="005D6A8B">
        <w:rPr>
          <w:b/>
          <w:sz w:val="20"/>
          <w:lang w:val="el-GR"/>
        </w:rPr>
        <w:t>Αγ. Βαρβάρας 36, Αργυρούπολη  16452</w:t>
      </w:r>
    </w:p>
    <w:p w14:paraId="5DBBB708" w14:textId="77777777" w:rsidR="0002135D" w:rsidRPr="005D6A8B" w:rsidRDefault="0072444F">
      <w:pPr>
        <w:spacing w:after="160" w:line="259" w:lineRule="auto"/>
        <w:jc w:val="center"/>
        <w:rPr>
          <w:lang w:val="el-GR"/>
        </w:rPr>
      </w:pPr>
      <w:r w:rsidRPr="005D6A8B">
        <w:rPr>
          <w:b/>
          <w:sz w:val="20"/>
          <w:lang w:val="el-GR"/>
        </w:rPr>
        <w:t>ΑΙΤΗΣΗ - ΥΠΕΥΘΥΝΗ ΔΗΛΩΣΗ</w:t>
      </w:r>
    </w:p>
    <w:p w14:paraId="05698520" w14:textId="77777777" w:rsidR="0002135D" w:rsidRPr="005D6A8B" w:rsidRDefault="0072444F">
      <w:pPr>
        <w:spacing w:after="160" w:line="259" w:lineRule="auto"/>
        <w:jc w:val="center"/>
        <w:rPr>
          <w:lang w:val="el-GR"/>
        </w:rPr>
      </w:pPr>
      <w:r w:rsidRPr="005D6A8B">
        <w:rPr>
          <w:b/>
          <w:lang w:val="el-GR"/>
        </w:rPr>
        <w:t>(</w:t>
      </w:r>
      <w:proofErr w:type="spellStart"/>
      <w:r w:rsidRPr="005D6A8B">
        <w:rPr>
          <w:b/>
          <w:lang w:val="el-GR"/>
        </w:rPr>
        <w:t>αριθμ</w:t>
      </w:r>
      <w:proofErr w:type="spellEnd"/>
      <w:r w:rsidRPr="005D6A8B">
        <w:rPr>
          <w:b/>
          <w:lang w:val="el-GR"/>
        </w:rPr>
        <w:t xml:space="preserve">. </w:t>
      </w:r>
      <w:proofErr w:type="spellStart"/>
      <w:r w:rsidRPr="005D6A8B">
        <w:rPr>
          <w:b/>
          <w:lang w:val="el-GR"/>
        </w:rPr>
        <w:t>πρωτ</w:t>
      </w:r>
      <w:proofErr w:type="spellEnd"/>
      <w:r w:rsidRPr="005D6A8B">
        <w:rPr>
          <w:b/>
          <w:lang w:val="el-GR"/>
        </w:rPr>
        <w:t>. Πρόσκλησης ............................... )</w:t>
      </w:r>
    </w:p>
    <w:p w14:paraId="3C24E096" w14:textId="77777777" w:rsidR="0002135D" w:rsidRPr="005D6A8B" w:rsidRDefault="0072444F">
      <w:pPr>
        <w:spacing w:after="160" w:line="259" w:lineRule="auto"/>
        <w:jc w:val="center"/>
        <w:rPr>
          <w:lang w:val="el-GR"/>
        </w:rPr>
      </w:pPr>
      <w:r w:rsidRPr="005D6A8B">
        <w:rPr>
          <w:b/>
          <w:sz w:val="20"/>
          <w:lang w:val="el-GR"/>
        </w:rPr>
        <w:t>ΕΙΔΙΚΟΤΗΤΑ: …………………………………….</w:t>
      </w:r>
    </w:p>
    <w:p w14:paraId="6DC8AAAA" w14:textId="77777777" w:rsidR="0002135D" w:rsidRPr="005D6A8B" w:rsidRDefault="0072444F">
      <w:pPr>
        <w:spacing w:before="160" w:after="240"/>
        <w:rPr>
          <w:lang w:val="el-GR"/>
        </w:rPr>
      </w:pPr>
      <w:r w:rsidRPr="005D6A8B">
        <w:rPr>
          <w:sz w:val="16"/>
          <w:lang w:val="el-GR"/>
        </w:rPr>
        <w:t>(Η ΑΙΤΗΣΗ ΣΥΜΠΛΗΡΩΝΕΤΑΙ ΜΕ ΚΕΦΑΛΑΙΑ)</w:t>
      </w:r>
    </w:p>
    <w:p w14:paraId="4648233C" w14:textId="77777777" w:rsidR="0002135D" w:rsidRPr="005D6A8B" w:rsidRDefault="0002135D">
      <w:pPr>
        <w:pBdr>
          <w:bottom w:val="single" w:sz="6" w:space="1" w:color="auto"/>
        </w:pBdr>
        <w:spacing w:after="80"/>
        <w:rPr>
          <w:lang w:val="el-GR"/>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2268"/>
        <w:gridCol w:w="3005"/>
        <w:gridCol w:w="1814"/>
        <w:gridCol w:w="2835"/>
      </w:tblGrid>
      <w:tr w:rsidR="0002135D" w14:paraId="6446B7FD" w14:textId="77777777">
        <w:trPr>
          <w:trHeight w:val="351"/>
          <w:jc w:val="center"/>
        </w:trPr>
        <w:tc>
          <w:tcPr>
            <w:tcW w:w="2268" w:type="dxa"/>
            <w:vAlign w:val="center"/>
          </w:tcPr>
          <w:p w14:paraId="587C88CA" w14:textId="77777777" w:rsidR="0002135D" w:rsidRDefault="0072444F">
            <w:pPr>
              <w:spacing w:before="60" w:after="100" w:line="269" w:lineRule="auto"/>
            </w:pPr>
            <w:r>
              <w:rPr>
                <w:b/>
                <w:sz w:val="17"/>
              </w:rPr>
              <w:t>ΕΠΩΝΥΜΟ:</w:t>
            </w:r>
          </w:p>
        </w:tc>
        <w:tc>
          <w:tcPr>
            <w:tcW w:w="3005" w:type="dxa"/>
            <w:vAlign w:val="center"/>
          </w:tcPr>
          <w:p w14:paraId="3C989EFA" w14:textId="77777777" w:rsidR="0002135D" w:rsidRDefault="0072444F">
            <w:pPr>
              <w:spacing w:before="60" w:after="100" w:line="269" w:lineRule="auto"/>
            </w:pPr>
            <w:r>
              <w:rPr>
                <w:sz w:val="17"/>
              </w:rPr>
              <w:t>........................................................</w:t>
            </w:r>
          </w:p>
        </w:tc>
        <w:tc>
          <w:tcPr>
            <w:tcW w:w="1814" w:type="dxa"/>
            <w:vAlign w:val="center"/>
          </w:tcPr>
          <w:p w14:paraId="46179E62" w14:textId="77777777" w:rsidR="0002135D" w:rsidRDefault="0072444F">
            <w:pPr>
              <w:spacing w:before="60" w:after="100" w:line="269" w:lineRule="auto"/>
            </w:pPr>
            <w:r>
              <w:rPr>
                <w:b/>
                <w:sz w:val="17"/>
              </w:rPr>
              <w:t>ΟΝΟΜΑ:</w:t>
            </w:r>
          </w:p>
        </w:tc>
        <w:tc>
          <w:tcPr>
            <w:tcW w:w="2835" w:type="dxa"/>
            <w:vAlign w:val="center"/>
          </w:tcPr>
          <w:p w14:paraId="1323ECF9" w14:textId="77777777" w:rsidR="0002135D" w:rsidRDefault="0072444F">
            <w:pPr>
              <w:spacing w:before="60" w:after="100" w:line="269" w:lineRule="auto"/>
            </w:pPr>
            <w:r>
              <w:rPr>
                <w:sz w:val="17"/>
              </w:rPr>
              <w:t>................................................</w:t>
            </w:r>
          </w:p>
        </w:tc>
      </w:tr>
      <w:tr w:rsidR="0002135D" w14:paraId="50E98C30" w14:textId="77777777">
        <w:trPr>
          <w:trHeight w:val="351"/>
          <w:jc w:val="center"/>
        </w:trPr>
        <w:tc>
          <w:tcPr>
            <w:tcW w:w="2268" w:type="dxa"/>
            <w:vAlign w:val="center"/>
          </w:tcPr>
          <w:p w14:paraId="080D5335" w14:textId="77777777" w:rsidR="0002135D" w:rsidRDefault="0072444F">
            <w:pPr>
              <w:spacing w:before="60" w:after="100" w:line="269" w:lineRule="auto"/>
            </w:pPr>
            <w:r>
              <w:rPr>
                <w:b/>
                <w:sz w:val="17"/>
              </w:rPr>
              <w:t>ΟΝΟΜΑ ΜΗΤΕΡΑΣ:</w:t>
            </w:r>
          </w:p>
        </w:tc>
        <w:tc>
          <w:tcPr>
            <w:tcW w:w="3005" w:type="dxa"/>
            <w:vAlign w:val="center"/>
          </w:tcPr>
          <w:p w14:paraId="023DDA1F" w14:textId="77777777" w:rsidR="0002135D" w:rsidRDefault="0072444F">
            <w:pPr>
              <w:spacing w:before="60" w:after="100" w:line="269" w:lineRule="auto"/>
            </w:pPr>
            <w:r>
              <w:rPr>
                <w:sz w:val="17"/>
              </w:rPr>
              <w:t>........................................................</w:t>
            </w:r>
          </w:p>
        </w:tc>
        <w:tc>
          <w:tcPr>
            <w:tcW w:w="1814" w:type="dxa"/>
            <w:vAlign w:val="center"/>
          </w:tcPr>
          <w:p w14:paraId="19E57DC7" w14:textId="77777777" w:rsidR="0002135D" w:rsidRDefault="0072444F">
            <w:pPr>
              <w:spacing w:before="60" w:after="100" w:line="269" w:lineRule="auto"/>
            </w:pPr>
            <w:r>
              <w:rPr>
                <w:b/>
                <w:sz w:val="17"/>
              </w:rPr>
              <w:t>ΟΝΟΜΑ ΠΑΤΕΡΑ:</w:t>
            </w:r>
          </w:p>
        </w:tc>
        <w:tc>
          <w:tcPr>
            <w:tcW w:w="2835" w:type="dxa"/>
            <w:vAlign w:val="center"/>
          </w:tcPr>
          <w:p w14:paraId="1416FCB6" w14:textId="77777777" w:rsidR="0002135D" w:rsidRDefault="0072444F">
            <w:pPr>
              <w:spacing w:before="60" w:after="100" w:line="269" w:lineRule="auto"/>
            </w:pPr>
            <w:r>
              <w:rPr>
                <w:sz w:val="17"/>
              </w:rPr>
              <w:t>................................................</w:t>
            </w:r>
          </w:p>
        </w:tc>
      </w:tr>
      <w:tr w:rsidR="0002135D" w14:paraId="0C1F427E" w14:textId="77777777">
        <w:trPr>
          <w:trHeight w:val="351"/>
          <w:jc w:val="center"/>
        </w:trPr>
        <w:tc>
          <w:tcPr>
            <w:tcW w:w="2268" w:type="dxa"/>
            <w:vAlign w:val="center"/>
          </w:tcPr>
          <w:p w14:paraId="2AB3DE83" w14:textId="77777777" w:rsidR="0002135D" w:rsidRDefault="0072444F">
            <w:pPr>
              <w:spacing w:before="60" w:after="100" w:line="269" w:lineRule="auto"/>
            </w:pPr>
            <w:r>
              <w:rPr>
                <w:b/>
                <w:sz w:val="17"/>
              </w:rPr>
              <w:t>ΗΜΕΡΟΜΗΝΙΑ ΓΕΝΝΗΣΗΣ:</w:t>
            </w:r>
          </w:p>
        </w:tc>
        <w:tc>
          <w:tcPr>
            <w:tcW w:w="3005" w:type="dxa"/>
            <w:vAlign w:val="center"/>
          </w:tcPr>
          <w:p w14:paraId="516C0F98" w14:textId="77777777" w:rsidR="0002135D" w:rsidRDefault="0072444F">
            <w:pPr>
              <w:spacing w:before="60" w:after="100" w:line="269" w:lineRule="auto"/>
            </w:pPr>
            <w:r>
              <w:rPr>
                <w:sz w:val="17"/>
              </w:rPr>
              <w:t>...... / ...... / ............</w:t>
            </w:r>
          </w:p>
        </w:tc>
        <w:tc>
          <w:tcPr>
            <w:tcW w:w="1814" w:type="dxa"/>
            <w:vAlign w:val="center"/>
          </w:tcPr>
          <w:p w14:paraId="399F296A" w14:textId="77777777" w:rsidR="0002135D" w:rsidRDefault="0072444F">
            <w:pPr>
              <w:spacing w:before="60" w:after="100" w:line="269" w:lineRule="auto"/>
            </w:pPr>
            <w:r>
              <w:rPr>
                <w:b/>
                <w:sz w:val="17"/>
              </w:rPr>
              <w:t>ΦΥΛΟ:</w:t>
            </w:r>
          </w:p>
        </w:tc>
        <w:tc>
          <w:tcPr>
            <w:tcW w:w="2835" w:type="dxa"/>
            <w:vAlign w:val="center"/>
          </w:tcPr>
          <w:p w14:paraId="2A049044" w14:textId="77777777" w:rsidR="0002135D" w:rsidRDefault="0072444F">
            <w:pPr>
              <w:spacing w:before="60" w:after="100" w:line="269" w:lineRule="auto"/>
            </w:pPr>
            <w:r>
              <w:rPr>
                <w:sz w:val="17"/>
              </w:rPr>
              <w:t>Άνδρας: ☐    Γυναίκα: ☐</w:t>
            </w:r>
          </w:p>
        </w:tc>
      </w:tr>
      <w:tr w:rsidR="0002135D" w14:paraId="2A23D698" w14:textId="77777777">
        <w:trPr>
          <w:trHeight w:val="351"/>
          <w:jc w:val="center"/>
        </w:trPr>
        <w:tc>
          <w:tcPr>
            <w:tcW w:w="2268" w:type="dxa"/>
            <w:vAlign w:val="center"/>
          </w:tcPr>
          <w:p w14:paraId="2646A1AF" w14:textId="77777777" w:rsidR="0002135D" w:rsidRDefault="0072444F">
            <w:pPr>
              <w:spacing w:before="60" w:after="100" w:line="269" w:lineRule="auto"/>
            </w:pPr>
            <w:r>
              <w:rPr>
                <w:b/>
                <w:sz w:val="17"/>
              </w:rPr>
              <w:t>ΑΡ. ΔΕΛΤ. ΤΑΥΤΟΤΗΤΟΣ:</w:t>
            </w:r>
          </w:p>
        </w:tc>
        <w:tc>
          <w:tcPr>
            <w:tcW w:w="3005" w:type="dxa"/>
            <w:vAlign w:val="center"/>
          </w:tcPr>
          <w:p w14:paraId="7EB57C1B" w14:textId="77777777" w:rsidR="0002135D" w:rsidRDefault="0072444F">
            <w:pPr>
              <w:spacing w:before="60" w:after="100" w:line="269" w:lineRule="auto"/>
            </w:pPr>
            <w:r>
              <w:rPr>
                <w:sz w:val="17"/>
              </w:rPr>
              <w:t>........................................................</w:t>
            </w:r>
          </w:p>
        </w:tc>
        <w:tc>
          <w:tcPr>
            <w:tcW w:w="1814" w:type="dxa"/>
            <w:vAlign w:val="center"/>
          </w:tcPr>
          <w:p w14:paraId="1367073B" w14:textId="77777777" w:rsidR="0002135D" w:rsidRDefault="0072444F">
            <w:pPr>
              <w:spacing w:before="60" w:after="100" w:line="269" w:lineRule="auto"/>
            </w:pPr>
            <w:r>
              <w:rPr>
                <w:b/>
                <w:sz w:val="17"/>
              </w:rPr>
              <w:t>e-mail:</w:t>
            </w:r>
          </w:p>
        </w:tc>
        <w:tc>
          <w:tcPr>
            <w:tcW w:w="2835" w:type="dxa"/>
            <w:vAlign w:val="center"/>
          </w:tcPr>
          <w:p w14:paraId="728D19CE" w14:textId="77777777" w:rsidR="0002135D" w:rsidRDefault="0072444F">
            <w:pPr>
              <w:spacing w:before="60" w:after="100" w:line="269" w:lineRule="auto"/>
            </w:pPr>
            <w:r>
              <w:rPr>
                <w:sz w:val="17"/>
              </w:rPr>
              <w:t>................................................</w:t>
            </w:r>
          </w:p>
        </w:tc>
      </w:tr>
      <w:tr w:rsidR="0002135D" w14:paraId="18F012A5" w14:textId="77777777">
        <w:trPr>
          <w:trHeight w:val="351"/>
          <w:jc w:val="center"/>
        </w:trPr>
        <w:tc>
          <w:tcPr>
            <w:tcW w:w="2268" w:type="dxa"/>
            <w:vAlign w:val="center"/>
          </w:tcPr>
          <w:p w14:paraId="3BEC4848" w14:textId="77777777" w:rsidR="0002135D" w:rsidRDefault="0072444F">
            <w:pPr>
              <w:spacing w:before="60" w:after="100" w:line="269" w:lineRule="auto"/>
            </w:pPr>
            <w:r>
              <w:rPr>
                <w:b/>
                <w:sz w:val="17"/>
              </w:rPr>
              <w:t>ΔΙΕΥΘΥΝΣΗ ΚΑΤΟΙΚΙΑΣ:</w:t>
            </w:r>
          </w:p>
        </w:tc>
        <w:tc>
          <w:tcPr>
            <w:tcW w:w="3005" w:type="dxa"/>
            <w:vAlign w:val="center"/>
          </w:tcPr>
          <w:p w14:paraId="729DBB6F" w14:textId="77777777" w:rsidR="0002135D" w:rsidRDefault="0072444F">
            <w:pPr>
              <w:spacing w:before="60" w:after="100" w:line="269" w:lineRule="auto"/>
            </w:pPr>
            <w:r>
              <w:rPr>
                <w:sz w:val="17"/>
              </w:rPr>
              <w:t>........................................................</w:t>
            </w:r>
          </w:p>
        </w:tc>
        <w:tc>
          <w:tcPr>
            <w:tcW w:w="1814" w:type="dxa"/>
            <w:vAlign w:val="center"/>
          </w:tcPr>
          <w:p w14:paraId="282C83E4" w14:textId="77777777" w:rsidR="0002135D" w:rsidRDefault="0072444F">
            <w:pPr>
              <w:spacing w:before="60" w:after="100" w:line="269" w:lineRule="auto"/>
            </w:pPr>
            <w:r>
              <w:rPr>
                <w:b/>
                <w:sz w:val="17"/>
              </w:rPr>
              <w:t>Τ.Κ.:</w:t>
            </w:r>
          </w:p>
        </w:tc>
        <w:tc>
          <w:tcPr>
            <w:tcW w:w="2835" w:type="dxa"/>
            <w:vAlign w:val="center"/>
          </w:tcPr>
          <w:p w14:paraId="4ECC9154" w14:textId="77777777" w:rsidR="0002135D" w:rsidRDefault="0072444F">
            <w:pPr>
              <w:spacing w:before="60" w:after="100" w:line="269" w:lineRule="auto"/>
            </w:pPr>
            <w:r>
              <w:rPr>
                <w:sz w:val="17"/>
              </w:rPr>
              <w:t>....................</w:t>
            </w:r>
          </w:p>
        </w:tc>
      </w:tr>
      <w:tr w:rsidR="0002135D" w14:paraId="66F096A1" w14:textId="77777777">
        <w:trPr>
          <w:trHeight w:val="351"/>
          <w:jc w:val="center"/>
        </w:trPr>
        <w:tc>
          <w:tcPr>
            <w:tcW w:w="2268" w:type="dxa"/>
            <w:vAlign w:val="center"/>
          </w:tcPr>
          <w:p w14:paraId="4D07F039" w14:textId="77777777" w:rsidR="0002135D" w:rsidRDefault="0072444F">
            <w:pPr>
              <w:spacing w:before="60" w:after="100" w:line="269" w:lineRule="auto"/>
            </w:pPr>
            <w:r>
              <w:rPr>
                <w:b/>
                <w:sz w:val="17"/>
              </w:rPr>
              <w:t>ΤΗΛΕΦΩΝΑ: (με κωδικό)</w:t>
            </w:r>
          </w:p>
        </w:tc>
        <w:tc>
          <w:tcPr>
            <w:tcW w:w="3005" w:type="dxa"/>
            <w:vAlign w:val="center"/>
          </w:tcPr>
          <w:p w14:paraId="4497A1F5" w14:textId="77777777" w:rsidR="0002135D" w:rsidRDefault="0072444F">
            <w:pPr>
              <w:spacing w:before="60" w:after="100" w:line="269" w:lineRule="auto"/>
            </w:pPr>
            <w:r>
              <w:rPr>
                <w:sz w:val="17"/>
              </w:rPr>
              <w:t>........................................................</w:t>
            </w:r>
          </w:p>
        </w:tc>
        <w:tc>
          <w:tcPr>
            <w:tcW w:w="1814" w:type="dxa"/>
            <w:vAlign w:val="center"/>
          </w:tcPr>
          <w:p w14:paraId="082D1963" w14:textId="77777777" w:rsidR="0002135D" w:rsidRDefault="0072444F">
            <w:pPr>
              <w:spacing w:before="60" w:after="100" w:line="269" w:lineRule="auto"/>
            </w:pPr>
            <w:r>
              <w:rPr>
                <w:b/>
                <w:sz w:val="17"/>
              </w:rPr>
              <w:t>ΠΟΛΗ / ΔΗΜΟΣ / ΝΟΜΟΣ:</w:t>
            </w:r>
          </w:p>
        </w:tc>
        <w:tc>
          <w:tcPr>
            <w:tcW w:w="2835" w:type="dxa"/>
            <w:vAlign w:val="center"/>
          </w:tcPr>
          <w:p w14:paraId="45339539" w14:textId="77777777" w:rsidR="0002135D" w:rsidRDefault="0072444F">
            <w:pPr>
              <w:spacing w:before="60" w:after="100" w:line="269" w:lineRule="auto"/>
            </w:pPr>
            <w:r>
              <w:rPr>
                <w:sz w:val="17"/>
              </w:rPr>
              <w:t>................................................</w:t>
            </w:r>
          </w:p>
        </w:tc>
      </w:tr>
    </w:tbl>
    <w:p w14:paraId="36CF800C" w14:textId="77777777" w:rsidR="0002135D" w:rsidRDefault="0002135D">
      <w:pPr>
        <w:spacing w:after="20"/>
      </w:pPr>
    </w:p>
    <w:p w14:paraId="517012DE" w14:textId="77777777" w:rsidR="0002135D" w:rsidRPr="005D6A8B" w:rsidRDefault="0072444F">
      <w:pPr>
        <w:spacing w:before="140" w:after="140" w:line="269" w:lineRule="auto"/>
        <w:rPr>
          <w:lang w:val="el-GR"/>
        </w:rPr>
      </w:pPr>
      <w:r w:rsidRPr="005D6A8B">
        <w:rPr>
          <w:b/>
          <w:sz w:val="16"/>
          <w:lang w:val="el-GR"/>
        </w:rPr>
        <w:t>Κατέχω όλα τα απαιτούμενα προσόντα για τη συγκεκριμένη θέση που επιλέγω, όπως αυτά αναφέρονται στην Πρόσκληση και αναγράφονται στην παρούσα αίτηση.</w:t>
      </w:r>
    </w:p>
    <w:p w14:paraId="5390A590" w14:textId="77777777" w:rsidR="0002135D" w:rsidRDefault="0072444F">
      <w:pPr>
        <w:spacing w:before="140" w:after="140" w:line="269" w:lineRule="auto"/>
      </w:pPr>
      <w:proofErr w:type="gramStart"/>
      <w:r>
        <w:rPr>
          <w:b/>
        </w:rPr>
        <w:t>●  ΠΤΥΧΙΑΚΕΣ</w:t>
      </w:r>
      <w:proofErr w:type="gramEnd"/>
      <w:r>
        <w:rPr>
          <w:b/>
        </w:rPr>
        <w:t xml:space="preserve"> ΣΠΟΥΔΕΣ</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5669"/>
        <w:gridCol w:w="3513"/>
        <w:gridCol w:w="3513"/>
      </w:tblGrid>
      <w:tr w:rsidR="0002135D" w14:paraId="10DD181A" w14:textId="77777777">
        <w:tc>
          <w:tcPr>
            <w:tcW w:w="5669" w:type="dxa"/>
            <w:vAlign w:val="center"/>
          </w:tcPr>
          <w:p w14:paraId="6F2C7A20" w14:textId="77777777" w:rsidR="0002135D" w:rsidRDefault="0072444F">
            <w:pPr>
              <w:spacing w:before="60" w:after="100" w:line="269" w:lineRule="auto"/>
              <w:jc w:val="center"/>
            </w:pPr>
            <w:r>
              <w:rPr>
                <w:b/>
                <w:sz w:val="16"/>
              </w:rPr>
              <w:t>Τίτλος σπουδών</w:t>
            </w:r>
          </w:p>
        </w:tc>
        <w:tc>
          <w:tcPr>
            <w:tcW w:w="1701" w:type="dxa"/>
            <w:vAlign w:val="center"/>
          </w:tcPr>
          <w:p w14:paraId="1855FE49" w14:textId="77777777" w:rsidR="0002135D" w:rsidRDefault="0072444F">
            <w:pPr>
              <w:spacing w:before="60" w:after="100" w:line="269" w:lineRule="auto"/>
              <w:jc w:val="center"/>
            </w:pPr>
            <w:r>
              <w:rPr>
                <w:b/>
                <w:sz w:val="16"/>
              </w:rPr>
              <w:t>ΒΑΘΜΟΣ ΠΤΥΧΙΟΥ</w:t>
            </w:r>
          </w:p>
        </w:tc>
        <w:tc>
          <w:tcPr>
            <w:tcW w:w="1701" w:type="dxa"/>
            <w:vAlign w:val="center"/>
          </w:tcPr>
          <w:p w14:paraId="3608F649" w14:textId="77777777" w:rsidR="0002135D" w:rsidRDefault="0072444F" w:rsidP="005D6A8B">
            <w:pPr>
              <w:spacing w:before="60" w:after="100" w:line="269" w:lineRule="auto"/>
            </w:pPr>
            <w:r>
              <w:rPr>
                <w:b/>
                <w:sz w:val="16"/>
              </w:rPr>
              <w:t>ΕΤΟΣ ΚΤΗΣΗΣ</w:t>
            </w:r>
          </w:p>
        </w:tc>
      </w:tr>
      <w:tr w:rsidR="0002135D" w14:paraId="1B48B6BD" w14:textId="77777777">
        <w:tc>
          <w:tcPr>
            <w:tcW w:w="3513" w:type="dxa"/>
            <w:vAlign w:val="center"/>
          </w:tcPr>
          <w:p w14:paraId="0CF25F29" w14:textId="77777777" w:rsidR="0002135D" w:rsidRDefault="0072444F">
            <w:pPr>
              <w:spacing w:before="60" w:after="100" w:line="269" w:lineRule="auto"/>
              <w:jc w:val="center"/>
            </w:pPr>
            <w:r>
              <w:t>.................................................................</w:t>
            </w:r>
          </w:p>
        </w:tc>
        <w:tc>
          <w:tcPr>
            <w:tcW w:w="3513" w:type="dxa"/>
            <w:vAlign w:val="center"/>
          </w:tcPr>
          <w:p w14:paraId="493966D6" w14:textId="77777777" w:rsidR="0002135D" w:rsidRDefault="0072444F">
            <w:pPr>
              <w:spacing w:before="60" w:after="100" w:line="269" w:lineRule="auto"/>
              <w:jc w:val="center"/>
            </w:pPr>
            <w:r>
              <w:t>................</w:t>
            </w:r>
          </w:p>
        </w:tc>
        <w:tc>
          <w:tcPr>
            <w:tcW w:w="3513" w:type="dxa"/>
            <w:vAlign w:val="center"/>
          </w:tcPr>
          <w:p w14:paraId="3A2AE966" w14:textId="77777777" w:rsidR="0002135D" w:rsidRDefault="0072444F" w:rsidP="005D6A8B">
            <w:pPr>
              <w:spacing w:before="60" w:after="100" w:line="269" w:lineRule="auto"/>
            </w:pPr>
            <w:r>
              <w:t>................</w:t>
            </w:r>
          </w:p>
        </w:tc>
      </w:tr>
    </w:tbl>
    <w:p w14:paraId="4F972B7A" w14:textId="77777777" w:rsidR="0002135D" w:rsidRDefault="0072444F">
      <w:pPr>
        <w:spacing w:before="140" w:after="140" w:line="269" w:lineRule="auto"/>
      </w:pPr>
      <w:r>
        <w:rPr>
          <w:b/>
        </w:rPr>
        <w:t>●  ΔΕΥΤΕΡΟΣ ΤΙΤΛΟΣ ΣΠΟΥΔΩΝ:  ☐   …………………………………………………………………………………</w:t>
      </w:r>
    </w:p>
    <w:p w14:paraId="756BD7B6" w14:textId="77777777" w:rsidR="0002135D" w:rsidRPr="005D6A8B" w:rsidRDefault="0072444F">
      <w:pPr>
        <w:spacing w:before="140" w:after="140" w:line="269" w:lineRule="auto"/>
        <w:rPr>
          <w:lang w:val="el-GR"/>
        </w:rPr>
      </w:pPr>
      <w:r w:rsidRPr="005D6A8B">
        <w:rPr>
          <w:b/>
          <w:sz w:val="17"/>
          <w:lang w:val="el-GR"/>
        </w:rPr>
        <w:t>●  ΜΕΤΑΠΤΥΧΙΑΚΟΣ ΤΙΤΛΟΣ:     Στο γνωστικό αντικείμενο της θέσης   1ο ☐   2ο ☐      Σε άλλο γνωστικό αντικείμενο:   1ο ☐   2ο ☐</w:t>
      </w:r>
    </w:p>
    <w:p w14:paraId="453F4CA4" w14:textId="77777777" w:rsidR="0002135D" w:rsidRPr="005D6A8B" w:rsidRDefault="0072444F">
      <w:pPr>
        <w:rPr>
          <w:lang w:val="el-GR"/>
        </w:rPr>
      </w:pPr>
      <w:r w:rsidRPr="005D6A8B">
        <w:rPr>
          <w:lang w:val="el-GR"/>
        </w:rPr>
        <w:br w:type="page"/>
      </w:r>
    </w:p>
    <w:p w14:paraId="286BFC3B" w14:textId="77777777" w:rsidR="0002135D" w:rsidRPr="005D6A8B" w:rsidRDefault="0072444F">
      <w:pPr>
        <w:pageBreakBefore/>
        <w:spacing w:after="60"/>
        <w:rPr>
          <w:lang w:val="el-GR"/>
        </w:rPr>
      </w:pPr>
      <w:r w:rsidRPr="005D6A8B">
        <w:rPr>
          <w:b/>
          <w:lang w:val="el-GR"/>
        </w:rPr>
        <w:lastRenderedPageBreak/>
        <w:t>●  ΕΜΠΕΙΡΙΑ (2) Α : στο αντικείμενο της θέσης (εκτός φορέων πρόληψης)      (σε μήνες) : ……………………</w:t>
      </w:r>
    </w:p>
    <w:p w14:paraId="51B8364E" w14:textId="77777777" w:rsidR="0002135D" w:rsidRPr="005D6A8B" w:rsidRDefault="0072444F">
      <w:pPr>
        <w:spacing w:after="0"/>
        <w:rPr>
          <w:lang w:val="el-GR"/>
        </w:rPr>
      </w:pPr>
      <w:r w:rsidRPr="005D6A8B">
        <w:rPr>
          <w:b/>
          <w:lang w:val="el-GR"/>
        </w:rPr>
        <w:t xml:space="preserve">●  ΕΜΠΕΙΡΙΑ Β: στο τομέα πρόληψης των εξαρτήσεων, σε αναγνωρισμένους φορείς πρόληψης,  (σε μήνες) : </w:t>
      </w:r>
      <w:r w:rsidR="005D6A8B">
        <w:rPr>
          <w:b/>
          <w:lang w:val="el-GR"/>
        </w:rPr>
        <w:t>.……….</w:t>
      </w:r>
      <w:r w:rsidRPr="005D6A8B">
        <w:rPr>
          <w:b/>
          <w:lang w:val="el-GR"/>
        </w:rPr>
        <w:t>……</w:t>
      </w:r>
    </w:p>
    <w:p w14:paraId="23082422" w14:textId="77777777" w:rsidR="0002135D" w:rsidRPr="005D6A8B" w:rsidRDefault="0072444F">
      <w:pPr>
        <w:spacing w:after="240"/>
        <w:rPr>
          <w:lang w:val="el-GR"/>
        </w:rPr>
      </w:pPr>
      <w:r w:rsidRPr="005D6A8B">
        <w:rPr>
          <w:b/>
          <w:sz w:val="16"/>
          <w:lang w:val="el-GR"/>
        </w:rPr>
        <w:t xml:space="preserve">     (συμπληρώνεται ο αναλυτικός πίνακας υπολογισμού εμπειρίας – ΠΑΡΑΡΤΗΜΑ </w:t>
      </w:r>
      <w:r>
        <w:rPr>
          <w:b/>
          <w:sz w:val="16"/>
        </w:rPr>
        <w:t>II</w:t>
      </w:r>
      <w:r w:rsidRPr="005D6A8B">
        <w:rPr>
          <w:b/>
          <w:sz w:val="16"/>
          <w:lang w:val="el-GR"/>
        </w:rPr>
        <w:t xml:space="preserve"> )</w:t>
      </w:r>
    </w:p>
    <w:p w14:paraId="0A5EDF02" w14:textId="77777777" w:rsidR="0002135D" w:rsidRPr="005D6A8B" w:rsidRDefault="0002135D">
      <w:pPr>
        <w:pBdr>
          <w:bottom w:val="single" w:sz="12" w:space="0" w:color="auto"/>
        </w:pBdr>
        <w:spacing w:after="160"/>
        <w:rPr>
          <w:lang w:val="el-GR"/>
        </w:rPr>
      </w:pPr>
    </w:p>
    <w:p w14:paraId="749DFB1B" w14:textId="77777777" w:rsidR="0002135D" w:rsidRPr="005D6A8B" w:rsidRDefault="0072444F">
      <w:pPr>
        <w:spacing w:after="40"/>
        <w:rPr>
          <w:lang w:val="el-GR"/>
        </w:rPr>
      </w:pPr>
      <w:r w:rsidRPr="005D6A8B">
        <w:rPr>
          <w:b/>
          <w:sz w:val="17"/>
          <w:lang w:val="el-GR"/>
        </w:rPr>
        <w:t>●  ΓΝΩΣΗ ΞΕΝΗΣ ΓΛΩΣΣΑΣ(3) :  Να σημειωθεί το επίπεδο γλωσσομάθειας στη γλώσσα (Άριστη = 1, Πολύ καλή = 2, Καλή = 3)</w:t>
      </w:r>
    </w:p>
    <w:p w14:paraId="6BB74187" w14:textId="77777777" w:rsidR="005D6A8B" w:rsidRDefault="0072444F">
      <w:pPr>
        <w:jc w:val="center"/>
        <w:rPr>
          <w:sz w:val="17"/>
          <w:lang w:val="el-GR"/>
        </w:rPr>
      </w:pPr>
      <w:r w:rsidRPr="005D6A8B">
        <w:rPr>
          <w:sz w:val="17"/>
          <w:lang w:val="el-GR"/>
        </w:rPr>
        <w:t xml:space="preserve">      ΑΓΓΛΙΚΑ      ΓΑΛΛΙΚΑ      ΓΕΡΜΑΝ.      ΙΤΑΛΙΚΑ      ΙΣΠΑΝ.      ΡΩΣΙΚΑ      </w:t>
      </w:r>
    </w:p>
    <w:p w14:paraId="7059C8A8" w14:textId="77777777" w:rsidR="0002135D" w:rsidRPr="005D6A8B" w:rsidRDefault="005D6A8B" w:rsidP="005D6A8B">
      <w:pPr>
        <w:rPr>
          <w:lang w:val="el-GR"/>
        </w:rPr>
      </w:pPr>
      <w:r>
        <w:rPr>
          <w:sz w:val="17"/>
          <w:lang w:val="el-GR"/>
        </w:rPr>
        <w:t xml:space="preserve">                                                          </w:t>
      </w:r>
      <w:r w:rsidRPr="005D6A8B">
        <w:rPr>
          <w:sz w:val="17"/>
          <w:lang w:val="el-GR"/>
        </w:rPr>
        <w:t>…………      …………</w:t>
      </w:r>
      <w:r>
        <w:rPr>
          <w:sz w:val="17"/>
          <w:lang w:val="el-GR"/>
        </w:rPr>
        <w:t xml:space="preserve">     </w:t>
      </w:r>
      <w:r w:rsidRPr="005D6A8B">
        <w:rPr>
          <w:sz w:val="17"/>
          <w:lang w:val="el-GR"/>
        </w:rPr>
        <w:t>…………      …………</w:t>
      </w:r>
      <w:r>
        <w:rPr>
          <w:sz w:val="17"/>
          <w:lang w:val="el-GR"/>
        </w:rPr>
        <w:t xml:space="preserve">       </w:t>
      </w:r>
      <w:r w:rsidRPr="005D6A8B">
        <w:rPr>
          <w:sz w:val="17"/>
          <w:lang w:val="el-GR"/>
        </w:rPr>
        <w:t>…………      …………</w:t>
      </w:r>
    </w:p>
    <w:p w14:paraId="3F73D589" w14:textId="77777777" w:rsidR="0002135D" w:rsidRPr="005D6A8B" w:rsidRDefault="0072444F">
      <w:pPr>
        <w:spacing w:after="60"/>
        <w:rPr>
          <w:lang w:val="el-GR"/>
        </w:rPr>
      </w:pPr>
      <w:r w:rsidRPr="005D6A8B">
        <w:rPr>
          <w:b/>
          <w:lang w:val="el-GR"/>
        </w:rPr>
        <w:t>□  ΛΟΙΠΑ ΤΥΠΙΚΑ ΠΡΟΣΟΝΤΑ  (όπως αναφέρονται στην Πρόσκληση για τις αντίστοιχες θέσεις / ειδικότητες)</w:t>
      </w:r>
    </w:p>
    <w:p w14:paraId="59D3B006" w14:textId="77777777" w:rsidR="0002135D" w:rsidRPr="005D6A8B" w:rsidRDefault="0072444F">
      <w:pPr>
        <w:spacing w:after="20"/>
        <w:rPr>
          <w:lang w:val="el-GR"/>
        </w:rPr>
      </w:pPr>
      <w:r w:rsidRPr="005D6A8B">
        <w:rPr>
          <w:sz w:val="16"/>
          <w:lang w:val="el-GR"/>
        </w:rPr>
        <w:t xml:space="preserve">           Γνώση Η/Υ             Άδεια Άσκησης Επαγγέλματος             Άδεια Τίτλου Ειδικότητας</w:t>
      </w:r>
    </w:p>
    <w:p w14:paraId="2914CC6B" w14:textId="77777777" w:rsidR="0002135D" w:rsidRPr="005D6A8B" w:rsidRDefault="0072444F">
      <w:pPr>
        <w:spacing w:after="160"/>
        <w:rPr>
          <w:lang w:val="el-GR"/>
        </w:rPr>
      </w:pPr>
      <w:r w:rsidRPr="005D6A8B">
        <w:rPr>
          <w:sz w:val="24"/>
          <w:lang w:val="el-GR"/>
        </w:rPr>
        <w:t xml:space="preserve">                 ☐                              ☐                                      ☐</w:t>
      </w:r>
    </w:p>
    <w:p w14:paraId="1DF2F07A" w14:textId="77777777" w:rsidR="0002135D" w:rsidRPr="005D6A8B" w:rsidRDefault="0072444F">
      <w:pPr>
        <w:spacing w:after="100"/>
        <w:rPr>
          <w:lang w:val="el-GR"/>
        </w:rPr>
      </w:pPr>
      <w:r w:rsidRPr="005D6A8B">
        <w:rPr>
          <w:b/>
          <w:lang w:val="el-GR"/>
        </w:rPr>
        <w:t>Συνημμένα καταθέτω τα παρακάτω απαιτούμενα από την Πρόσκληση δικαιολογητικά:</w:t>
      </w:r>
    </w:p>
    <w:p w14:paraId="0C00365D" w14:textId="77777777" w:rsidR="0002135D" w:rsidRDefault="0072444F">
      <w:pPr>
        <w:spacing w:after="20"/>
        <w:rPr>
          <w:b/>
          <w:sz w:val="17"/>
          <w:lang w:val="el-GR"/>
        </w:rPr>
      </w:pPr>
      <w:r w:rsidRPr="005D6A8B">
        <w:rPr>
          <w:b/>
          <w:sz w:val="17"/>
          <w:lang w:val="el-GR"/>
        </w:rPr>
        <w:t>1)…………………………………………………………………………………………………………………………………………………………………</w:t>
      </w:r>
    </w:p>
    <w:p w14:paraId="7F32508B" w14:textId="77777777" w:rsidR="005D6A8B" w:rsidRPr="005D6A8B" w:rsidRDefault="005D6A8B">
      <w:pPr>
        <w:spacing w:after="20"/>
        <w:rPr>
          <w:lang w:val="el-GR"/>
        </w:rPr>
      </w:pPr>
    </w:p>
    <w:p w14:paraId="4848DEA1" w14:textId="77777777" w:rsidR="0002135D" w:rsidRDefault="0072444F">
      <w:pPr>
        <w:spacing w:after="20"/>
        <w:rPr>
          <w:b/>
          <w:sz w:val="17"/>
          <w:lang w:val="el-GR"/>
        </w:rPr>
      </w:pPr>
      <w:r w:rsidRPr="005D6A8B">
        <w:rPr>
          <w:b/>
          <w:sz w:val="17"/>
          <w:lang w:val="el-GR"/>
        </w:rPr>
        <w:t>2)…………………………………………………………………………………………………………………………………………………………………</w:t>
      </w:r>
    </w:p>
    <w:p w14:paraId="2E91A353" w14:textId="77777777" w:rsidR="005D6A8B" w:rsidRPr="005D6A8B" w:rsidRDefault="005D6A8B">
      <w:pPr>
        <w:spacing w:after="20"/>
        <w:rPr>
          <w:lang w:val="el-GR"/>
        </w:rPr>
      </w:pPr>
    </w:p>
    <w:p w14:paraId="24338304" w14:textId="77777777" w:rsidR="0002135D" w:rsidRDefault="0072444F">
      <w:pPr>
        <w:spacing w:after="20"/>
        <w:rPr>
          <w:b/>
          <w:sz w:val="17"/>
          <w:lang w:val="el-GR"/>
        </w:rPr>
      </w:pPr>
      <w:r w:rsidRPr="005D6A8B">
        <w:rPr>
          <w:b/>
          <w:sz w:val="17"/>
          <w:lang w:val="el-GR"/>
        </w:rPr>
        <w:t>3)…………………………………………………………………………………………………………………………………………………………………</w:t>
      </w:r>
    </w:p>
    <w:p w14:paraId="6735FE74" w14:textId="77777777" w:rsidR="005D6A8B" w:rsidRPr="005D6A8B" w:rsidRDefault="005D6A8B">
      <w:pPr>
        <w:spacing w:after="20"/>
        <w:rPr>
          <w:lang w:val="el-GR"/>
        </w:rPr>
      </w:pPr>
    </w:p>
    <w:p w14:paraId="1D6F855B" w14:textId="77777777" w:rsidR="0002135D" w:rsidRDefault="0072444F">
      <w:pPr>
        <w:spacing w:after="20"/>
        <w:rPr>
          <w:b/>
          <w:sz w:val="17"/>
          <w:lang w:val="el-GR"/>
        </w:rPr>
      </w:pPr>
      <w:r w:rsidRPr="005D6A8B">
        <w:rPr>
          <w:b/>
          <w:sz w:val="17"/>
          <w:lang w:val="el-GR"/>
        </w:rPr>
        <w:t>4)…………………………………………………………………………………………………………………………………………………………………</w:t>
      </w:r>
    </w:p>
    <w:p w14:paraId="5A5BA609" w14:textId="77777777" w:rsidR="005D6A8B" w:rsidRDefault="005D6A8B">
      <w:pPr>
        <w:spacing w:after="20"/>
        <w:rPr>
          <w:b/>
          <w:sz w:val="17"/>
          <w:lang w:val="el-GR"/>
        </w:rPr>
      </w:pPr>
    </w:p>
    <w:p w14:paraId="08FD8708" w14:textId="77777777" w:rsidR="0002135D" w:rsidRPr="005D6A8B" w:rsidRDefault="0072444F">
      <w:pPr>
        <w:spacing w:after="20"/>
        <w:rPr>
          <w:b/>
          <w:bCs/>
          <w:sz w:val="17"/>
          <w:lang w:val="el-GR"/>
        </w:rPr>
      </w:pPr>
      <w:r w:rsidRPr="005D6A8B">
        <w:rPr>
          <w:b/>
          <w:bCs/>
          <w:sz w:val="17"/>
          <w:lang w:val="el-GR"/>
        </w:rPr>
        <w:t>5)………………………………………………………………………………………………………………………………………………………………</w:t>
      </w:r>
    </w:p>
    <w:p w14:paraId="0131F6A2" w14:textId="77777777" w:rsidR="005D6A8B" w:rsidRPr="005D6A8B" w:rsidRDefault="005D6A8B">
      <w:pPr>
        <w:spacing w:after="20"/>
        <w:rPr>
          <w:b/>
          <w:bCs/>
          <w:lang w:val="el-GR"/>
        </w:rPr>
      </w:pPr>
    </w:p>
    <w:p w14:paraId="74CF4538" w14:textId="77777777" w:rsidR="0002135D" w:rsidRPr="005D6A8B" w:rsidRDefault="0072444F">
      <w:pPr>
        <w:spacing w:after="20"/>
        <w:rPr>
          <w:b/>
          <w:bCs/>
          <w:sz w:val="17"/>
          <w:lang w:val="el-GR"/>
        </w:rPr>
      </w:pPr>
      <w:r w:rsidRPr="005D6A8B">
        <w:rPr>
          <w:b/>
          <w:bCs/>
          <w:sz w:val="17"/>
          <w:lang w:val="el-GR"/>
        </w:rPr>
        <w:t>6)…………………………………………………………………………………………………………………………………………………………………</w:t>
      </w:r>
    </w:p>
    <w:p w14:paraId="4E9F612B" w14:textId="77777777" w:rsidR="005D6A8B" w:rsidRPr="005D6A8B" w:rsidRDefault="005D6A8B">
      <w:pPr>
        <w:spacing w:after="20"/>
        <w:rPr>
          <w:b/>
          <w:bCs/>
          <w:lang w:val="el-GR"/>
        </w:rPr>
      </w:pPr>
    </w:p>
    <w:p w14:paraId="535F7C52" w14:textId="77777777" w:rsidR="0002135D" w:rsidRPr="005D6A8B" w:rsidRDefault="0072444F">
      <w:pPr>
        <w:spacing w:after="20"/>
        <w:rPr>
          <w:b/>
          <w:bCs/>
          <w:sz w:val="17"/>
          <w:lang w:val="el-GR"/>
        </w:rPr>
      </w:pPr>
      <w:r w:rsidRPr="005D6A8B">
        <w:rPr>
          <w:b/>
          <w:bCs/>
          <w:sz w:val="17"/>
          <w:lang w:val="el-GR"/>
        </w:rPr>
        <w:t>7)…………………………………………………………………………………………………………………………………………………………………</w:t>
      </w:r>
    </w:p>
    <w:p w14:paraId="11313D7E" w14:textId="77777777" w:rsidR="005D6A8B" w:rsidRPr="005D6A8B" w:rsidRDefault="005D6A8B">
      <w:pPr>
        <w:spacing w:after="20"/>
        <w:rPr>
          <w:b/>
          <w:bCs/>
          <w:lang w:val="el-GR"/>
        </w:rPr>
      </w:pPr>
    </w:p>
    <w:p w14:paraId="2910CD3D" w14:textId="77777777" w:rsidR="0002135D" w:rsidRPr="005D6A8B" w:rsidRDefault="0072444F">
      <w:pPr>
        <w:spacing w:after="20"/>
        <w:rPr>
          <w:b/>
          <w:bCs/>
          <w:sz w:val="17"/>
          <w:lang w:val="el-GR"/>
        </w:rPr>
      </w:pPr>
      <w:r w:rsidRPr="005D6A8B">
        <w:rPr>
          <w:b/>
          <w:bCs/>
          <w:sz w:val="17"/>
          <w:lang w:val="el-GR"/>
        </w:rPr>
        <w:t>8)…………………………………………………………………………………………………………………………………………………………………</w:t>
      </w:r>
    </w:p>
    <w:p w14:paraId="049E5510" w14:textId="77777777" w:rsidR="005D6A8B" w:rsidRPr="005D6A8B" w:rsidRDefault="005D6A8B">
      <w:pPr>
        <w:spacing w:after="20"/>
        <w:rPr>
          <w:b/>
          <w:bCs/>
          <w:lang w:val="el-GR"/>
        </w:rPr>
      </w:pPr>
    </w:p>
    <w:p w14:paraId="4931E742" w14:textId="77777777" w:rsidR="0002135D" w:rsidRPr="005D6A8B" w:rsidRDefault="0072444F">
      <w:pPr>
        <w:spacing w:after="20"/>
        <w:rPr>
          <w:b/>
          <w:bCs/>
          <w:sz w:val="17"/>
          <w:lang w:val="el-GR"/>
        </w:rPr>
      </w:pPr>
      <w:r w:rsidRPr="005D6A8B">
        <w:rPr>
          <w:b/>
          <w:bCs/>
          <w:sz w:val="17"/>
          <w:lang w:val="el-GR"/>
        </w:rPr>
        <w:t>9)…………………………………………………………………………………………………………………………………………………………………</w:t>
      </w:r>
    </w:p>
    <w:p w14:paraId="1A819B68" w14:textId="77777777" w:rsidR="005D6A8B" w:rsidRPr="005D6A8B" w:rsidRDefault="005D6A8B">
      <w:pPr>
        <w:spacing w:after="20"/>
        <w:rPr>
          <w:b/>
          <w:bCs/>
          <w:lang w:val="el-GR"/>
        </w:rPr>
      </w:pPr>
    </w:p>
    <w:p w14:paraId="7933A2BE" w14:textId="77777777" w:rsidR="0002135D" w:rsidRPr="005D6A8B" w:rsidRDefault="0072444F">
      <w:pPr>
        <w:spacing w:after="20"/>
        <w:rPr>
          <w:b/>
          <w:bCs/>
          <w:sz w:val="17"/>
          <w:lang w:val="el-GR"/>
        </w:rPr>
      </w:pPr>
      <w:r w:rsidRPr="005D6A8B">
        <w:rPr>
          <w:b/>
          <w:bCs/>
          <w:sz w:val="17"/>
          <w:lang w:val="el-GR"/>
        </w:rPr>
        <w:t>10)………………………………………………………………………………………………………………………………………………………………</w:t>
      </w:r>
    </w:p>
    <w:p w14:paraId="4CF75B8B" w14:textId="77777777" w:rsidR="005D6A8B" w:rsidRPr="005D6A8B" w:rsidRDefault="005D6A8B">
      <w:pPr>
        <w:spacing w:after="20"/>
        <w:rPr>
          <w:b/>
          <w:bCs/>
          <w:lang w:val="el-GR"/>
        </w:rPr>
      </w:pPr>
    </w:p>
    <w:p w14:paraId="487FBB89" w14:textId="77777777" w:rsidR="0002135D" w:rsidRPr="005D6A8B" w:rsidRDefault="0072444F">
      <w:pPr>
        <w:spacing w:after="20"/>
        <w:rPr>
          <w:b/>
          <w:bCs/>
          <w:sz w:val="17"/>
          <w:lang w:val="el-GR"/>
        </w:rPr>
      </w:pPr>
      <w:r w:rsidRPr="005D6A8B">
        <w:rPr>
          <w:b/>
          <w:bCs/>
          <w:sz w:val="17"/>
          <w:lang w:val="el-GR"/>
        </w:rPr>
        <w:t>11)………………………………………………………………………………………………………………………………………………………………</w:t>
      </w:r>
    </w:p>
    <w:p w14:paraId="674A6104" w14:textId="77777777" w:rsidR="005D6A8B" w:rsidRPr="005D6A8B" w:rsidRDefault="005D6A8B">
      <w:pPr>
        <w:spacing w:after="20"/>
        <w:rPr>
          <w:b/>
          <w:bCs/>
          <w:lang w:val="el-GR"/>
        </w:rPr>
      </w:pPr>
    </w:p>
    <w:p w14:paraId="2B78C606" w14:textId="77777777" w:rsidR="0002135D" w:rsidRPr="005D6A8B" w:rsidRDefault="0072444F">
      <w:pPr>
        <w:spacing w:after="20"/>
        <w:rPr>
          <w:b/>
          <w:bCs/>
          <w:sz w:val="17"/>
          <w:lang w:val="el-GR"/>
        </w:rPr>
      </w:pPr>
      <w:r w:rsidRPr="005D6A8B">
        <w:rPr>
          <w:b/>
          <w:bCs/>
          <w:sz w:val="17"/>
          <w:lang w:val="el-GR"/>
        </w:rPr>
        <w:t>12)………………………………………………………………………………………………………………………………………………………………</w:t>
      </w:r>
    </w:p>
    <w:p w14:paraId="5351996A" w14:textId="77777777" w:rsidR="005D6A8B" w:rsidRPr="005D6A8B" w:rsidRDefault="005D6A8B">
      <w:pPr>
        <w:spacing w:after="20"/>
        <w:rPr>
          <w:b/>
          <w:bCs/>
          <w:lang w:val="el-GR"/>
        </w:rPr>
      </w:pPr>
    </w:p>
    <w:p w14:paraId="7C774B0D" w14:textId="77777777" w:rsidR="0002135D" w:rsidRPr="005D6A8B" w:rsidRDefault="0072444F">
      <w:pPr>
        <w:spacing w:after="20"/>
        <w:rPr>
          <w:b/>
          <w:bCs/>
          <w:sz w:val="17"/>
          <w:lang w:val="el-GR"/>
        </w:rPr>
      </w:pPr>
      <w:r w:rsidRPr="005D6A8B">
        <w:rPr>
          <w:b/>
          <w:bCs/>
          <w:sz w:val="17"/>
          <w:lang w:val="el-GR"/>
        </w:rPr>
        <w:t>13)………………………………………………………………………………………………………………………………………………………………</w:t>
      </w:r>
    </w:p>
    <w:p w14:paraId="07871FDF" w14:textId="77777777" w:rsidR="005D6A8B" w:rsidRPr="005D6A8B" w:rsidRDefault="005D6A8B">
      <w:pPr>
        <w:spacing w:after="20"/>
        <w:rPr>
          <w:b/>
          <w:bCs/>
          <w:lang w:val="el-GR"/>
        </w:rPr>
      </w:pPr>
    </w:p>
    <w:p w14:paraId="65DE6216" w14:textId="77777777" w:rsidR="0002135D" w:rsidRPr="005D6A8B" w:rsidRDefault="0072444F">
      <w:pPr>
        <w:spacing w:after="20"/>
        <w:rPr>
          <w:b/>
          <w:bCs/>
          <w:sz w:val="17"/>
          <w:lang w:val="el-GR"/>
        </w:rPr>
      </w:pPr>
      <w:r w:rsidRPr="005D6A8B">
        <w:rPr>
          <w:b/>
          <w:bCs/>
          <w:sz w:val="17"/>
          <w:lang w:val="el-GR"/>
        </w:rPr>
        <w:t>14)………………………………………………………………………………………………………………………………………………………………</w:t>
      </w:r>
    </w:p>
    <w:p w14:paraId="1F65C90D" w14:textId="77777777" w:rsidR="005D6A8B" w:rsidRPr="005D6A8B" w:rsidRDefault="005D6A8B">
      <w:pPr>
        <w:spacing w:after="20"/>
        <w:rPr>
          <w:b/>
          <w:bCs/>
          <w:lang w:val="el-GR"/>
        </w:rPr>
      </w:pPr>
    </w:p>
    <w:p w14:paraId="1EDEB025" w14:textId="77777777" w:rsidR="0002135D" w:rsidRPr="005D6A8B" w:rsidRDefault="0072444F">
      <w:pPr>
        <w:spacing w:after="20"/>
        <w:rPr>
          <w:b/>
          <w:bCs/>
          <w:sz w:val="17"/>
          <w:lang w:val="el-GR"/>
        </w:rPr>
      </w:pPr>
      <w:r w:rsidRPr="005D6A8B">
        <w:rPr>
          <w:b/>
          <w:bCs/>
          <w:sz w:val="17"/>
          <w:lang w:val="el-GR"/>
        </w:rPr>
        <w:t>15)………………………………………………………………………………………………………………………………………………………………</w:t>
      </w:r>
    </w:p>
    <w:p w14:paraId="60184CA9" w14:textId="77777777" w:rsidR="005D6A8B" w:rsidRPr="005D6A8B" w:rsidRDefault="005D6A8B">
      <w:pPr>
        <w:spacing w:after="20"/>
        <w:rPr>
          <w:lang w:val="el-GR"/>
        </w:rPr>
      </w:pPr>
    </w:p>
    <w:p w14:paraId="1F41EBB4" w14:textId="77777777" w:rsidR="0002135D" w:rsidRPr="005D6A8B" w:rsidRDefault="0072444F">
      <w:pPr>
        <w:rPr>
          <w:lang w:val="el-GR"/>
        </w:rPr>
      </w:pPr>
      <w:r w:rsidRPr="005D6A8B">
        <w:rPr>
          <w:lang w:val="el-GR"/>
        </w:rPr>
        <w:br w:type="page"/>
      </w:r>
    </w:p>
    <w:p w14:paraId="3EFC18FB" w14:textId="77777777" w:rsidR="0002135D" w:rsidRPr="005D6A8B" w:rsidRDefault="0072444F">
      <w:pPr>
        <w:spacing w:after="80"/>
        <w:jc w:val="center"/>
        <w:rPr>
          <w:lang w:val="el-GR"/>
        </w:rPr>
      </w:pPr>
      <w:r w:rsidRPr="005D6A8B">
        <w:rPr>
          <w:b/>
          <w:sz w:val="22"/>
          <w:lang w:val="el-GR"/>
        </w:rPr>
        <w:lastRenderedPageBreak/>
        <w:t>ΥΠΕΥΘΥΝΗ ΔΗΛΩΣΗ</w:t>
      </w:r>
    </w:p>
    <w:p w14:paraId="68571EB0" w14:textId="77777777" w:rsidR="0002135D" w:rsidRPr="005D6A8B" w:rsidRDefault="0072444F">
      <w:pPr>
        <w:spacing w:after="480"/>
        <w:jc w:val="both"/>
        <w:rPr>
          <w:lang w:val="el-GR"/>
        </w:rPr>
      </w:pPr>
      <w:r w:rsidRPr="005D6A8B">
        <w:rPr>
          <w:sz w:val="20"/>
          <w:lang w:val="el-GR"/>
        </w:rPr>
        <w:t>Δηλώνω ότι τα στοιχεία της αίτησής μου είναι ακριβή και αληθή. Σε περίπτωση ανακρίβειας γνωρίζω ότι θα έχω τις συνέπειες που προβλέπονται από τις διατάξεις του Ν.1599/1986. Δηλώνω επίσης ότι δεν υπέβαλα αίτηση για θέσεις άλλης κατηγορίας της ίδιας Πρόσκλησης.</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5270"/>
        <w:gridCol w:w="5270"/>
      </w:tblGrid>
      <w:tr w:rsidR="0002135D" w14:paraId="37938A97" w14:textId="77777777">
        <w:tc>
          <w:tcPr>
            <w:tcW w:w="5270" w:type="dxa"/>
            <w:vAlign w:val="center"/>
          </w:tcPr>
          <w:p w14:paraId="7141270B" w14:textId="77777777" w:rsidR="0002135D" w:rsidRDefault="0072444F">
            <w:pPr>
              <w:spacing w:after="0"/>
              <w:jc w:val="center"/>
            </w:pPr>
            <w:r>
              <w:rPr>
                <w:sz w:val="20"/>
              </w:rPr>
              <w:t>Υπ</w:t>
            </w:r>
            <w:proofErr w:type="spellStart"/>
            <w:r>
              <w:rPr>
                <w:sz w:val="20"/>
              </w:rPr>
              <w:t>ογρ</w:t>
            </w:r>
            <w:proofErr w:type="spellEnd"/>
            <w:r>
              <w:rPr>
                <w:sz w:val="20"/>
              </w:rPr>
              <w:t xml:space="preserve">αφή </w:t>
            </w:r>
            <w:proofErr w:type="spellStart"/>
            <w:r>
              <w:rPr>
                <w:sz w:val="20"/>
              </w:rPr>
              <w:t>ενδι</w:t>
            </w:r>
            <w:proofErr w:type="spellEnd"/>
            <w:r>
              <w:rPr>
                <w:sz w:val="20"/>
              </w:rPr>
              <w:t>αφερομένου</w:t>
            </w:r>
          </w:p>
        </w:tc>
        <w:tc>
          <w:tcPr>
            <w:tcW w:w="5270" w:type="dxa"/>
            <w:vAlign w:val="center"/>
          </w:tcPr>
          <w:p w14:paraId="6B83BA6B" w14:textId="77777777" w:rsidR="0002135D" w:rsidRDefault="0072444F">
            <w:pPr>
              <w:spacing w:after="0"/>
              <w:jc w:val="center"/>
            </w:pPr>
            <w:r>
              <w:rPr>
                <w:sz w:val="20"/>
              </w:rPr>
              <w:t>Ημερομηνία . . . . . . . . . . . . . . . . . .</w:t>
            </w:r>
          </w:p>
        </w:tc>
      </w:tr>
    </w:tbl>
    <w:p w14:paraId="3238961A" w14:textId="77777777" w:rsidR="0002135D" w:rsidRDefault="0002135D">
      <w:pPr>
        <w:spacing w:after="360"/>
        <w:rPr>
          <w:lang w:val="el-GR"/>
        </w:rPr>
      </w:pPr>
    </w:p>
    <w:p w14:paraId="3FE335B8" w14:textId="77777777" w:rsidR="00CC6DED" w:rsidRDefault="00CC6DED">
      <w:pPr>
        <w:spacing w:after="360"/>
        <w:rPr>
          <w:lang w:val="el-GR"/>
        </w:rPr>
      </w:pPr>
    </w:p>
    <w:p w14:paraId="0A909842" w14:textId="77777777" w:rsidR="00CC6DED" w:rsidRPr="00CC6DED" w:rsidRDefault="00CC6DED">
      <w:pPr>
        <w:spacing w:after="360"/>
        <w:rPr>
          <w:lang w:val="el-GR"/>
        </w:rPr>
      </w:pPr>
    </w:p>
    <w:p w14:paraId="682DC93B" w14:textId="77777777" w:rsidR="0002135D" w:rsidRDefault="0072444F">
      <w:pPr>
        <w:spacing w:after="80"/>
        <w:jc w:val="center"/>
      </w:pPr>
      <w:r>
        <w:rPr>
          <w:b/>
          <w:sz w:val="24"/>
        </w:rPr>
        <w:t>ΥΠΟΣΗΜΕΙΩΣΕΙΣ</w:t>
      </w:r>
    </w:p>
    <w:p w14:paraId="3F8DD18C" w14:textId="77777777" w:rsidR="0002135D" w:rsidRPr="005D6A8B" w:rsidRDefault="0072444F">
      <w:pPr>
        <w:spacing w:after="40"/>
        <w:rPr>
          <w:lang w:val="el-GR"/>
        </w:rPr>
      </w:pPr>
      <w:r w:rsidRPr="005D6A8B">
        <w:rPr>
          <w:i/>
          <w:lang w:val="el-GR"/>
        </w:rPr>
        <w:t>(1)   Όλα τα τετράγωνα ( ☐ ) απαντώνται συμπληρώνοντάς τα με ένα Χ ( ☒ ).</w:t>
      </w:r>
    </w:p>
    <w:p w14:paraId="3EACBE07" w14:textId="77777777" w:rsidR="0002135D" w:rsidRPr="005D6A8B" w:rsidRDefault="0072444F">
      <w:pPr>
        <w:spacing w:after="40"/>
        <w:jc w:val="both"/>
        <w:rPr>
          <w:lang w:val="el-GR"/>
        </w:rPr>
      </w:pPr>
      <w:r w:rsidRPr="005D6A8B">
        <w:rPr>
          <w:i/>
          <w:sz w:val="17"/>
          <w:lang w:val="el-GR"/>
        </w:rPr>
        <w:t xml:space="preserve">(2)   Συμπληρώνεται ο Αναλυτικός πίνακας Υπολογισμού Επαγγελματικής Εμπειρίας (ΠΑΡΑΡΤΗΜΑ </w:t>
      </w:r>
      <w:r>
        <w:rPr>
          <w:i/>
          <w:sz w:val="17"/>
        </w:rPr>
        <w:t>II</w:t>
      </w:r>
      <w:r w:rsidRPr="005D6A8B">
        <w:rPr>
          <w:i/>
          <w:sz w:val="17"/>
          <w:lang w:val="el-GR"/>
        </w:rPr>
        <w:t>) και στο πεδίο “ΕΜΠΕΙΡΙΑ Α” της αίτησης καταγράφεται το ΣΥΝΟΛΟ (με προσέγγιση δύο (2) δεκαδικών ψηφίων) σε μήνες, της Επαγγελματικής Εμπειρίας στο αντικείμενο, εκτός φορέων πρόληψης και στο πεδίο “ΕΜΠΕΙΡΙΑ Β” της αίτησης καταγράφεται το ΣΥΝΟΛΟ (με προσέγγιση δύο (2) δεκαδικών ψηφίων) σε μήνες, της Επαγγελματικής Εμπειρίας στο τομέα πρόληψης των εξαρτήσεων, σε αναγνωρισμένους φορείς πρόληψης.</w:t>
      </w:r>
    </w:p>
    <w:p w14:paraId="0402E80A" w14:textId="77777777" w:rsidR="0002135D" w:rsidRDefault="0072444F">
      <w:pPr>
        <w:spacing w:after="40"/>
      </w:pPr>
      <w:r>
        <w:rPr>
          <w:i/>
        </w:rPr>
        <w:t xml:space="preserve">(3)   </w:t>
      </w:r>
      <w:proofErr w:type="spellStart"/>
      <w:r>
        <w:rPr>
          <w:i/>
        </w:rPr>
        <w:t>Γλώσσες</w:t>
      </w:r>
      <w:proofErr w:type="spellEnd"/>
      <w:r>
        <w:rPr>
          <w:i/>
        </w:rPr>
        <w:t xml:space="preserve"> α</w:t>
      </w:r>
      <w:proofErr w:type="spellStart"/>
      <w:r>
        <w:rPr>
          <w:i/>
        </w:rPr>
        <w:t>θροιστικά</w:t>
      </w:r>
      <w:proofErr w:type="spellEnd"/>
    </w:p>
    <w:p w14:paraId="7E8C84C5" w14:textId="77777777" w:rsidR="0002135D" w:rsidRDefault="0002135D">
      <w:pPr>
        <w:spacing w:after="1800"/>
      </w:pPr>
    </w:p>
    <w:p w14:paraId="6FCE8228" w14:textId="77777777" w:rsidR="0002135D" w:rsidRDefault="0002135D">
      <w:pPr>
        <w:spacing w:after="0"/>
        <w:jc w:val="center"/>
      </w:pPr>
    </w:p>
    <w:sectPr w:rsidR="0002135D" w:rsidSect="00CC6DED">
      <w:footerReference w:type="default" r:id="rId8"/>
      <w:pgSz w:w="12240" w:h="15840"/>
      <w:pgMar w:top="709" w:right="616" w:bottom="568"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4309C" w14:textId="77777777" w:rsidR="0072444F" w:rsidRDefault="0072444F">
      <w:pPr>
        <w:spacing w:after="0" w:line="240" w:lineRule="auto"/>
      </w:pPr>
      <w:r>
        <w:separator/>
      </w:r>
    </w:p>
  </w:endnote>
  <w:endnote w:type="continuationSeparator" w:id="0">
    <w:p w14:paraId="321AAA58" w14:textId="77777777" w:rsidR="0072444F" w:rsidRDefault="00724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4248E" w14:textId="77777777" w:rsidR="00A52781" w:rsidRDefault="0072444F">
    <w:pPr>
      <w:jc w:val="center"/>
    </w:pPr>
    <w:r>
      <w:rPr>
        <w:sz w:val="20"/>
      </w:rPr>
      <w:t>-</w:t>
    </w:r>
    <w:r>
      <w:fldChar w:fldCharType="begin"/>
    </w:r>
    <w:r>
      <w:instrText>PAGE</w:instrText>
    </w:r>
    <w:r>
      <w:fldChar w:fldCharType="separate"/>
    </w:r>
    <w:r>
      <w:t>1</w:t>
    </w:r>
    <w:r>
      <w:fldChar w:fldCharType="end"/>
    </w:r>
    <w:r>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B1B16" w14:textId="77777777" w:rsidR="0072444F" w:rsidRDefault="0072444F">
      <w:pPr>
        <w:spacing w:after="0" w:line="240" w:lineRule="auto"/>
      </w:pPr>
      <w:r>
        <w:separator/>
      </w:r>
    </w:p>
  </w:footnote>
  <w:footnote w:type="continuationSeparator" w:id="0">
    <w:p w14:paraId="5DC1482A" w14:textId="77777777" w:rsidR="0072444F" w:rsidRDefault="007244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325208090">
    <w:abstractNumId w:val="8"/>
  </w:num>
  <w:num w:numId="2" w16cid:durableId="304242089">
    <w:abstractNumId w:val="6"/>
  </w:num>
  <w:num w:numId="3" w16cid:durableId="391077121">
    <w:abstractNumId w:val="5"/>
  </w:num>
  <w:num w:numId="4" w16cid:durableId="47339484">
    <w:abstractNumId w:val="4"/>
  </w:num>
  <w:num w:numId="5" w16cid:durableId="392777705">
    <w:abstractNumId w:val="7"/>
  </w:num>
  <w:num w:numId="6" w16cid:durableId="1964917722">
    <w:abstractNumId w:val="3"/>
  </w:num>
  <w:num w:numId="7" w16cid:durableId="1981687683">
    <w:abstractNumId w:val="2"/>
  </w:num>
  <w:num w:numId="8" w16cid:durableId="1812597524">
    <w:abstractNumId w:val="1"/>
  </w:num>
  <w:num w:numId="9" w16cid:durableId="1249120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35D"/>
    <w:rsid w:val="00034616"/>
    <w:rsid w:val="0006063C"/>
    <w:rsid w:val="0011674C"/>
    <w:rsid w:val="0015074B"/>
    <w:rsid w:val="0029639D"/>
    <w:rsid w:val="00326F90"/>
    <w:rsid w:val="005D6A8B"/>
    <w:rsid w:val="0072444F"/>
    <w:rsid w:val="00881FC6"/>
    <w:rsid w:val="008C6283"/>
    <w:rsid w:val="00937A33"/>
    <w:rsid w:val="00A52781"/>
    <w:rsid w:val="00AA1D8D"/>
    <w:rsid w:val="00B47730"/>
    <w:rsid w:val="00CB0664"/>
    <w:rsid w:val="00CC6DE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59A256"/>
  <w14:defaultImageDpi w14:val="300"/>
  <w15:docId w15:val="{B8CFBB6F-F67E-455E-A9AB-B637416A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eastAsia="Arial" w:hAnsi="Arial"/>
      <w:sz w:val="18"/>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απόσπ.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 ????????</cp:lastModifiedBy>
  <cp:revision>2</cp:revision>
  <dcterms:created xsi:type="dcterms:W3CDTF">2026-08-31T09:38:00Z</dcterms:created>
  <dcterms:modified xsi:type="dcterms:W3CDTF">2026-08-31T09:38:00Z</dcterms:modified>
  <cp:category/>
</cp:coreProperties>
</file>